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b/>
          <w:i w:val="0"/>
          <w:sz w:val="28"/>
        </w:rPr>
        <w:t xml:space="preserve">Додаткова угода № </w:t>
      </w:r>
      <w:r>
        <w:rPr>
          <w:b/>
          <w:i/>
          <w:color w:val="C00000"/>
          <w:sz w:val="28"/>
        </w:rPr>
        <w:t>[номер]</w:t>
      </w:r>
    </w:p>
    <w:p>
      <w:pPr>
        <w:jc w:val="both"/>
      </w:pPr>
      <w:r>
        <w:rPr>
          <w:b w:val="0"/>
          <w:i w:val="0"/>
        </w:rPr>
        <w:t xml:space="preserve">До договору оренди квартири від </w:t>
      </w:r>
      <w:r>
        <w:rPr>
          <w:b/>
          <w:i/>
          <w:color w:val="C00000"/>
        </w:rPr>
        <w:t>[дата]</w:t>
      </w:r>
    </w:p>
    <w:p>
      <w:pPr>
        <w:jc w:val="both"/>
      </w:pPr>
      <w:r>
        <w:rPr>
          <w:b w:val="0"/>
          <w:i w:val="0"/>
        </w:rPr>
        <w:t xml:space="preserve">м. </w:t>
      </w:r>
      <w:r>
        <w:rPr>
          <w:b/>
          <w:i/>
          <w:color w:val="C00000"/>
        </w:rPr>
        <w:t>[місто]</w:t>
      </w:r>
      <w:r>
        <w:rPr>
          <w:b w:val="0"/>
          <w:i w:val="0"/>
        </w:rPr>
        <w:t xml:space="preserve">, </w:t>
      </w:r>
      <w:r>
        <w:rPr>
          <w:b/>
          <w:i/>
          <w:color w:val="C00000"/>
        </w:rPr>
        <w:t>[дата]</w:t>
      </w:r>
    </w:p>
    <w:p>
      <w:pPr>
        <w:keepNext/>
        <w:spacing w:before="200"/>
      </w:pPr>
      <w:r>
        <w:rPr>
          <w:b/>
          <w:i w:val="0"/>
        </w:rPr>
        <w:t>1. Відомості про Сторони</w:t>
      </w:r>
    </w:p>
    <w:p>
      <w:pPr>
        <w:jc w:val="both"/>
      </w:pPr>
      <w:r>
        <w:rPr>
          <w:b w:val="0"/>
          <w:i w:val="0"/>
        </w:rPr>
        <w:t xml:space="preserve">1.1. Орендодавець: </w:t>
      </w:r>
      <w:r>
        <w:rPr>
          <w:b/>
          <w:i/>
          <w:color w:val="C00000"/>
        </w:rPr>
        <w:t>[ПІБ]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1.2. Орендар: </w:t>
      </w:r>
      <w:r>
        <w:rPr>
          <w:b/>
          <w:i/>
          <w:color w:val="C00000"/>
        </w:rPr>
        <w:t>[ПІБ]</w:t>
      </w:r>
      <w:r>
        <w:rPr>
          <w:b w:val="0"/>
          <w:i w:val="0"/>
        </w:rPr>
        <w:t>.</w:t>
      </w:r>
    </w:p>
    <w:p>
      <w:pPr>
        <w:keepNext/>
        <w:spacing w:before="200"/>
      </w:pPr>
      <w:r>
        <w:rPr>
          <w:b/>
          <w:i w:val="0"/>
        </w:rPr>
        <w:t>2. Предмет Додаткової угоди</w:t>
      </w:r>
    </w:p>
    <w:p>
      <w:pPr>
        <w:jc w:val="both"/>
      </w:pPr>
      <w:r>
        <w:rPr>
          <w:b w:val="0"/>
          <w:i w:val="0"/>
        </w:rPr>
        <w:t xml:space="preserve">2.1. Сторони домовилися внести до договору оренди квартири від </w:t>
      </w:r>
      <w:r>
        <w:rPr>
          <w:b/>
          <w:i/>
          <w:color w:val="C00000"/>
        </w:rPr>
        <w:t>[дата]</w:t>
      </w:r>
      <w:r>
        <w:rPr>
          <w:b w:val="0"/>
          <w:i w:val="0"/>
        </w:rPr>
        <w:t>, далі Договір, такі зміни:</w:t>
      </w:r>
    </w:p>
    <w:p>
      <w:pPr>
        <w:jc w:val="both"/>
      </w:pPr>
      <w:r>
        <w:rPr>
          <w:b w:val="0"/>
          <w:i w:val="0"/>
        </w:rPr>
        <w:t xml:space="preserve">2.1.1. Продовжити строк дії Договору до </w:t>
      </w:r>
      <w:r>
        <w:rPr>
          <w:b/>
          <w:i/>
          <w:color w:val="C00000"/>
        </w:rPr>
        <w:t>[дата]</w:t>
      </w:r>
      <w:r>
        <w:rPr>
          <w:b w:val="0"/>
          <w:i w:val="0"/>
        </w:rPr>
        <w:t xml:space="preserve"> включно.</w:t>
      </w:r>
    </w:p>
    <w:p>
      <w:pPr>
        <w:jc w:val="both"/>
      </w:pPr>
      <w:r>
        <w:rPr>
          <w:b w:val="0"/>
          <w:i w:val="0"/>
        </w:rPr>
        <w:t xml:space="preserve">2.1.2. З </w:t>
      </w:r>
      <w:r>
        <w:rPr>
          <w:b/>
          <w:i/>
          <w:color w:val="C00000"/>
        </w:rPr>
        <w:t>[дата]</w:t>
      </w:r>
      <w:r>
        <w:rPr>
          <w:b w:val="0"/>
          <w:i w:val="0"/>
        </w:rPr>
        <w:t xml:space="preserve"> орендна плата становить </w:t>
      </w:r>
      <w:r>
        <w:rPr>
          <w:b/>
          <w:i/>
          <w:color w:val="C00000"/>
        </w:rPr>
        <w:t>[сума]</w:t>
      </w:r>
      <w:r>
        <w:rPr>
          <w:b w:val="0"/>
          <w:i w:val="0"/>
        </w:rPr>
        <w:t xml:space="preserve"> (</w:t>
      </w:r>
      <w:r>
        <w:rPr>
          <w:b/>
          <w:i/>
          <w:color w:val="C00000"/>
        </w:rPr>
        <w:t>[сума прописом]</w:t>
      </w:r>
      <w:r>
        <w:rPr>
          <w:b w:val="0"/>
          <w:i w:val="0"/>
        </w:rPr>
        <w:t>) грн на місяць.</w:t>
      </w:r>
    </w:p>
    <w:p>
      <w:pPr>
        <w:keepNext/>
        <w:spacing w:before="200"/>
      </w:pPr>
      <w:r>
        <w:rPr>
          <w:b/>
          <w:i w:val="0"/>
        </w:rPr>
        <w:t>3. Інші умови</w:t>
      </w:r>
    </w:p>
    <w:p>
      <w:pPr>
        <w:jc w:val="both"/>
      </w:pPr>
      <w:r>
        <w:rPr>
          <w:b w:val="0"/>
          <w:i w:val="0"/>
        </w:rPr>
        <w:t>3.1. Усі інші умови Договору, які не змінені цією Додатковою угодою, залишаються без змін і продовжують діяти в повному обсязі.</w:t>
      </w:r>
    </w:p>
    <w:p>
      <w:pPr>
        <w:jc w:val="both"/>
      </w:pPr>
      <w:r>
        <w:rPr>
          <w:b w:val="0"/>
          <w:i w:val="0"/>
        </w:rPr>
        <w:t>3.2. Ця Додаткова угода є невід'ємною частиною Договору.</w:t>
      </w:r>
    </w:p>
    <w:p>
      <w:pPr>
        <w:keepNext/>
        <w:spacing w:before="200"/>
      </w:pPr>
      <w:r>
        <w:rPr>
          <w:b/>
          <w:i w:val="0"/>
        </w:rPr>
        <w:t>4. Заключні положення</w:t>
      </w:r>
    </w:p>
    <w:p>
      <w:pPr>
        <w:jc w:val="both"/>
      </w:pPr>
      <w:r>
        <w:rPr>
          <w:b w:val="0"/>
          <w:i w:val="0"/>
        </w:rPr>
        <w:t>4.1. Додаткова угода набирає чинності з моменту її підписання обома Сторонами.</w:t>
      </w:r>
    </w:p>
    <w:p>
      <w:pPr>
        <w:jc w:val="both"/>
      </w:pPr>
      <w:r>
        <w:rPr>
          <w:b w:val="0"/>
          <w:i w:val="0"/>
        </w:rPr>
        <w:t>4.2. Додаткову угоду складено українською мовою у двох примірниках, що мають однакову юридичну силу, по одному для кожної Сторони.</w:t>
      </w:r>
    </w:p>
    <w:p>
      <w:pPr>
        <w:keepNext/>
        <w:spacing w:before="200"/>
      </w:pPr>
      <w:r>
        <w:rPr>
          <w:b/>
          <w:i w:val="0"/>
        </w:rPr>
        <w:t>5. Реквізити та підписи Сторін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i w:val="0"/>
              </w:rPr>
              <w:t>Орендодавець</w:t>
            </w:r>
          </w:p>
          <w:p>
            <w:r>
              <w:rPr>
                <w:b/>
                <w:i/>
                <w:color w:val="C00000"/>
              </w:rPr>
              <w:t>[ПІБ]</w:t>
            </w:r>
          </w:p>
          <w:p>
            <w:r>
              <w:rPr>
                <w:b w:val="0"/>
                <w:i w:val="0"/>
              </w:rPr>
              <w:t xml:space="preserve">РНОКПП: </w:t>
            </w:r>
            <w:r>
              <w:rPr>
                <w:b/>
                <w:i/>
                <w:color w:val="C00000"/>
              </w:rPr>
              <w:t>[номер]</w:t>
            </w:r>
          </w:p>
          <w:p>
            <w:r>
              <w:rPr>
                <w:b w:val="0"/>
                <w:i w:val="0"/>
              </w:rPr>
              <w:t xml:space="preserve">Телефон: </w:t>
            </w:r>
            <w:r>
              <w:rPr>
                <w:b/>
                <w:i/>
                <w:color w:val="C00000"/>
              </w:rPr>
              <w:t>[номер]</w:t>
            </w:r>
          </w:p>
          <w:p/>
          <w:p>
            <w:r>
              <w:rPr>
                <w:b w:val="0"/>
                <w:i w:val="0"/>
              </w:rPr>
              <w:t>підпис ___________</w:t>
            </w:r>
          </w:p>
        </w:tc>
        <w:tc>
          <w:tcPr>
            <w:tcW w:type="dxa" w:w="4819"/>
          </w:tcPr>
          <w:p>
            <w:r/>
            <w:r>
              <w:rPr>
                <w:b/>
                <w:i w:val="0"/>
              </w:rPr>
              <w:t>Орендар</w:t>
            </w:r>
          </w:p>
          <w:p>
            <w:r>
              <w:rPr>
                <w:b/>
                <w:i/>
                <w:color w:val="C00000"/>
              </w:rPr>
              <w:t>[ПІБ]</w:t>
            </w:r>
          </w:p>
          <w:p>
            <w:r>
              <w:rPr>
                <w:b w:val="0"/>
                <w:i w:val="0"/>
              </w:rPr>
              <w:t xml:space="preserve">РНОКПП: </w:t>
            </w:r>
            <w:r>
              <w:rPr>
                <w:b/>
                <w:i/>
                <w:color w:val="C00000"/>
              </w:rPr>
              <w:t>[номер]</w:t>
            </w:r>
          </w:p>
          <w:p>
            <w:r>
              <w:rPr>
                <w:b w:val="0"/>
                <w:i w:val="0"/>
              </w:rPr>
              <w:t xml:space="preserve">Телефон: </w:t>
            </w:r>
            <w:r>
              <w:rPr>
                <w:b/>
                <w:i/>
                <w:color w:val="C00000"/>
              </w:rPr>
              <w:t>[номер]</w:t>
            </w:r>
          </w:p>
          <w:p/>
          <w:p>
            <w:r>
              <w:rPr>
                <w:b w:val="0"/>
                <w:i w:val="0"/>
              </w:rPr>
              <w:t>підпис ___________</w:t>
            </w:r>
          </w:p>
        </w:tc>
      </w:tr>
    </w:tbl>
    <w:p/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