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i w:val="0"/>
          <w:sz w:val="28"/>
        </w:rPr>
        <w:t>Договір оренди квартири</w:t>
      </w:r>
    </w:p>
    <w:p>
      <w:pPr>
        <w:jc w:val="both"/>
      </w:pPr>
      <w:r>
        <w:rPr>
          <w:b w:val="0"/>
          <w:i w:val="0"/>
        </w:rPr>
        <w:t xml:space="preserve">м. </w:t>
      </w:r>
      <w:r>
        <w:rPr>
          <w:b/>
          <w:i/>
          <w:color w:val="C00000"/>
        </w:rPr>
        <w:t>[місто]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[дата]</w:t>
      </w:r>
    </w:p>
    <w:p>
      <w:pPr>
        <w:keepNext/>
        <w:spacing w:before="200"/>
      </w:pPr>
      <w:r>
        <w:rPr>
          <w:b/>
          <w:i w:val="0"/>
        </w:rPr>
        <w:t>Відомості про Сторони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Орендодавець</w:t>
            </w:r>
          </w:p>
          <w:p>
            <w:r>
              <w:rPr>
                <w:b w:val="0"/>
                <w:i w:val="0"/>
              </w:rPr>
              <w:t xml:space="preserve">ПІБ: </w:t>
            </w:r>
            <w:r>
              <w:rPr>
                <w:b/>
                <w:i/>
                <w:color w:val="C00000"/>
              </w:rPr>
              <w:t>[повністю]</w:t>
            </w:r>
          </w:p>
          <w:p>
            <w:r>
              <w:rPr>
                <w:b w:val="0"/>
                <w:i w:val="0"/>
              </w:rPr>
              <w:t xml:space="preserve">Паспорт або ID-картка: </w:t>
            </w:r>
            <w:r>
              <w:rPr>
                <w:b/>
                <w:i/>
                <w:color w:val="C00000"/>
              </w:rPr>
              <w:t>[серія, номер]</w:t>
            </w:r>
          </w:p>
          <w:p>
            <w:r>
              <w:rPr>
                <w:b w:val="0"/>
                <w:i w:val="0"/>
              </w:rPr>
              <w:t xml:space="preserve">Ким і коли виданий: </w:t>
            </w:r>
            <w:r>
              <w:rPr>
                <w:b/>
                <w:i/>
                <w:color w:val="C00000"/>
              </w:rPr>
              <w:t>[орган, дата]</w:t>
            </w:r>
          </w:p>
          <w:p>
            <w:r>
              <w:rPr>
                <w:b w:val="0"/>
                <w:i w:val="0"/>
              </w:rPr>
              <w:t xml:space="preserve">РНОКПП: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Адреса проживання: </w:t>
            </w:r>
            <w:r>
              <w:rPr>
                <w:b/>
                <w:i/>
                <w:color w:val="C00000"/>
              </w:rPr>
              <w:t>[адреса]</w:t>
            </w:r>
          </w:p>
          <w:p>
            <w:r>
              <w:rPr>
                <w:b w:val="0"/>
                <w:i w:val="0"/>
              </w:rPr>
              <w:t xml:space="preserve">Телефон: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Email: </w:t>
            </w:r>
            <w:r>
              <w:rPr>
                <w:b/>
                <w:i/>
                <w:color w:val="C00000"/>
              </w:rPr>
              <w:t>[адреса]</w:t>
            </w:r>
          </w:p>
        </w:tc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Орендар</w:t>
            </w:r>
          </w:p>
          <w:p>
            <w:r>
              <w:rPr>
                <w:b w:val="0"/>
                <w:i w:val="0"/>
              </w:rPr>
              <w:t xml:space="preserve">ПІБ: </w:t>
            </w:r>
            <w:r>
              <w:rPr>
                <w:b/>
                <w:i/>
                <w:color w:val="C00000"/>
              </w:rPr>
              <w:t>[повністю]</w:t>
            </w:r>
          </w:p>
          <w:p>
            <w:r>
              <w:rPr>
                <w:b w:val="0"/>
                <w:i w:val="0"/>
              </w:rPr>
              <w:t xml:space="preserve">Паспорт або ID-картка: </w:t>
            </w:r>
            <w:r>
              <w:rPr>
                <w:b/>
                <w:i/>
                <w:color w:val="C00000"/>
              </w:rPr>
              <w:t>[серія, номер]</w:t>
            </w:r>
          </w:p>
          <w:p>
            <w:r>
              <w:rPr>
                <w:b w:val="0"/>
                <w:i w:val="0"/>
              </w:rPr>
              <w:t xml:space="preserve">Ким і коли виданий: </w:t>
            </w:r>
            <w:r>
              <w:rPr>
                <w:b/>
                <w:i/>
                <w:color w:val="C00000"/>
              </w:rPr>
              <w:t>[орган, дата]</w:t>
            </w:r>
          </w:p>
          <w:p>
            <w:r>
              <w:rPr>
                <w:b w:val="0"/>
                <w:i w:val="0"/>
              </w:rPr>
              <w:t xml:space="preserve">РНОКПП: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Адреса проживання: </w:t>
            </w:r>
            <w:r>
              <w:rPr>
                <w:b/>
                <w:i/>
                <w:color w:val="C00000"/>
              </w:rPr>
              <w:t>[адреса]</w:t>
            </w:r>
          </w:p>
          <w:p>
            <w:r>
              <w:rPr>
                <w:b w:val="0"/>
                <w:i w:val="0"/>
              </w:rPr>
              <w:t xml:space="preserve">Телефон: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Email: </w:t>
            </w:r>
            <w:r>
              <w:rPr>
                <w:b/>
                <w:i/>
                <w:color w:val="C00000"/>
              </w:rPr>
              <w:t>[адреса]</w:t>
            </w:r>
          </w:p>
        </w:tc>
      </w:tr>
    </w:tbl>
    <w:p/>
    <w:p>
      <w:pPr>
        <w:jc w:val="both"/>
      </w:pPr>
      <w:r>
        <w:rPr>
          <w:b w:val="0"/>
          <w:i w:val="0"/>
        </w:rPr>
        <w:t>Орендодавець і Орендар, разом Сторони, уклали цей Договір про таке.</w:t>
      </w:r>
    </w:p>
    <w:p>
      <w:pPr>
        <w:keepNext/>
        <w:spacing w:before="200"/>
      </w:pPr>
      <w:r>
        <w:rPr>
          <w:b/>
          <w:i w:val="0"/>
        </w:rPr>
        <w:t>Терміни, що використовуються в Договорі</w:t>
      </w:r>
    </w:p>
    <w:p>
      <w:pPr>
        <w:jc w:val="both"/>
      </w:pPr>
      <w:r>
        <w:rPr>
          <w:b/>
          <w:i w:val="0"/>
        </w:rPr>
        <w:t>Об'єкт оренди</w:t>
      </w:r>
      <w:r>
        <w:rPr>
          <w:b w:val="0"/>
          <w:i w:val="0"/>
        </w:rPr>
        <w:t>: квартира, зазначена в п. 1.1, а також майно та обладнання, яке передається разом з нею.</w:t>
      </w:r>
    </w:p>
    <w:p>
      <w:pPr>
        <w:jc w:val="both"/>
      </w:pPr>
      <w:r>
        <w:rPr>
          <w:b/>
          <w:i w:val="0"/>
        </w:rPr>
        <w:t>Орендодавець</w:t>
      </w:r>
      <w:r>
        <w:rPr>
          <w:b w:val="0"/>
          <w:i w:val="0"/>
        </w:rPr>
        <w:t>: фізична або юридична особа, яка є власником Об'єкта оренди.</w:t>
      </w:r>
    </w:p>
    <w:p>
      <w:pPr>
        <w:jc w:val="both"/>
      </w:pPr>
      <w:r>
        <w:rPr>
          <w:b/>
          <w:i w:val="0"/>
        </w:rPr>
        <w:t>Орендар</w:t>
      </w:r>
      <w:r>
        <w:rPr>
          <w:b w:val="0"/>
          <w:i w:val="0"/>
        </w:rPr>
        <w:t>: фізична або юридична особа, яка приймає Об'єкт оренди в найм.</w:t>
      </w:r>
    </w:p>
    <w:p>
      <w:pPr>
        <w:keepNext/>
        <w:spacing w:before="200"/>
      </w:pPr>
      <w:r>
        <w:rPr>
          <w:b/>
          <w:i w:val="0"/>
        </w:rPr>
        <w:t>1. Предмет договору</w:t>
      </w:r>
    </w:p>
    <w:p>
      <w:pPr>
        <w:jc w:val="both"/>
      </w:pPr>
      <w:r>
        <w:rPr>
          <w:b w:val="0"/>
          <w:i w:val="0"/>
        </w:rPr>
        <w:t>1.1. Орендодавець передає, а Орендар приймає в тимчасове платне користування Об'єкт оренди, а саме:</w:t>
      </w:r>
    </w:p>
    <w:p>
      <w:pPr>
        <w:ind w:left="425" w:hanging="283"/>
      </w:pPr>
      <w:r>
        <w:rPr>
          <w:b w:val="0"/>
          <w:i w:val="0"/>
        </w:rPr>
        <w:t>• Тип об'єкта: квартира</w:t>
      </w:r>
    </w:p>
    <w:p>
      <w:pPr>
        <w:ind w:left="425" w:hanging="283"/>
      </w:pPr>
      <w:r>
        <w:rPr>
          <w:b w:val="0"/>
          <w:i w:val="0"/>
        </w:rPr>
        <w:t xml:space="preserve">• Адреса: </w:t>
      </w:r>
      <w:r>
        <w:rPr>
          <w:b/>
          <w:i/>
          <w:color w:val="C00000"/>
        </w:rPr>
        <w:t>[місто, вулиця, будинок, номер квартири]</w:t>
      </w:r>
    </w:p>
    <w:p>
      <w:pPr>
        <w:ind w:left="425" w:hanging="283"/>
      </w:pPr>
      <w:r>
        <w:rPr>
          <w:b w:val="0"/>
          <w:i w:val="0"/>
        </w:rPr>
        <w:t xml:space="preserve">• Площа: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м²</w:t>
      </w:r>
    </w:p>
    <w:p>
      <w:pPr>
        <w:ind w:left="425" w:hanging="283"/>
      </w:pPr>
      <w:r>
        <w:rPr>
          <w:b w:val="0"/>
          <w:i w:val="0"/>
        </w:rPr>
        <w:t xml:space="preserve">• Підстава права власності Орендодавця: </w:t>
      </w:r>
      <w:r>
        <w:rPr>
          <w:b/>
          <w:i/>
          <w:color w:val="C00000"/>
        </w:rPr>
        <w:t>[документ або номер запису в Державному реєстрі речових прав]</w:t>
      </w:r>
    </w:p>
    <w:p>
      <w:pPr>
        <w:keepNext/>
        <w:spacing w:before="200"/>
      </w:pPr>
      <w:r>
        <w:rPr>
          <w:b/>
          <w:i w:val="0"/>
        </w:rPr>
        <w:t>2. Розмір орендної плати та порядок розрахунків</w:t>
      </w:r>
    </w:p>
    <w:p>
      <w:pPr>
        <w:jc w:val="both"/>
      </w:pPr>
      <w:r>
        <w:rPr>
          <w:b w:val="0"/>
          <w:i w:val="0"/>
        </w:rPr>
        <w:t xml:space="preserve">2.1. Розмір орендної плати становить </w:t>
      </w:r>
      <w:r>
        <w:rPr>
          <w:b/>
          <w:i/>
          <w:color w:val="C00000"/>
        </w:rPr>
        <w:t>[сума]</w:t>
      </w:r>
      <w:r>
        <w:rPr>
          <w:b w:val="0"/>
          <w:i w:val="0"/>
        </w:rPr>
        <w:t xml:space="preserve"> (</w:t>
      </w:r>
      <w:r>
        <w:rPr>
          <w:b/>
          <w:i/>
          <w:color w:val="C00000"/>
        </w:rPr>
        <w:t>[сума прописом]</w:t>
      </w:r>
      <w:r>
        <w:rPr>
          <w:b w:val="0"/>
          <w:i w:val="0"/>
        </w:rPr>
        <w:t>) грн на місяць.</w:t>
      </w:r>
    </w:p>
    <w:p>
      <w:pPr>
        <w:jc w:val="both"/>
      </w:pPr>
      <w:r>
        <w:rPr>
          <w:b w:val="0"/>
          <w:i w:val="0"/>
        </w:rPr>
        <w:t xml:space="preserve">2.2. Оплата здійснюється до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>-го числа кожного наступного місяця на рахунок Орендодавця, зазначений у розділі 8.</w:t>
      </w:r>
    </w:p>
    <w:p>
      <w:pPr>
        <w:jc w:val="both"/>
      </w:pPr>
      <w:r>
        <w:rPr>
          <w:b w:val="0"/>
          <w:i w:val="0"/>
        </w:rPr>
        <w:t xml:space="preserve">2.3. Гарантійний внесок становить </w:t>
      </w:r>
      <w:r>
        <w:rPr>
          <w:b/>
          <w:i/>
          <w:color w:val="C00000"/>
        </w:rPr>
        <w:t>[сума]</w:t>
      </w:r>
      <w:r>
        <w:rPr>
          <w:b w:val="0"/>
          <w:i w:val="0"/>
        </w:rPr>
        <w:t xml:space="preserve"> (</w:t>
      </w:r>
      <w:r>
        <w:rPr>
          <w:b/>
          <w:i/>
          <w:color w:val="C00000"/>
        </w:rPr>
        <w:t>[сума прописом]</w:t>
      </w:r>
      <w:r>
        <w:rPr>
          <w:b w:val="0"/>
          <w:i w:val="0"/>
        </w:rPr>
        <w:t xml:space="preserve">) грн та повертається Орендарю протягом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календарних днів після припинення дії Договору та повернення Об'єкта оренди за Актом приймання-передачі за умови виконання Орендарем усіх зобов'язань.</w:t>
      </w:r>
    </w:p>
    <w:p>
      <w:pPr>
        <w:jc w:val="both"/>
      </w:pPr>
      <w:r>
        <w:rPr>
          <w:b w:val="0"/>
          <w:i w:val="0"/>
        </w:rPr>
        <w:t>2.4. Комунальні послуги (електроенергія, вода, опалення, газ тощо) відшкодовуються Орендарем окремо на підставі рахунків Орендодавця.</w:t>
      </w:r>
    </w:p>
    <w:p>
      <w:pPr>
        <w:keepNext/>
        <w:spacing w:before="200"/>
      </w:pPr>
      <w:r>
        <w:rPr>
          <w:b/>
          <w:i w:val="0"/>
        </w:rPr>
        <w:t>3. Строк дії договору</w:t>
      </w:r>
    </w:p>
    <w:p>
      <w:pPr>
        <w:jc w:val="both"/>
      </w:pPr>
      <w:r>
        <w:rPr>
          <w:b w:val="0"/>
          <w:i w:val="0"/>
        </w:rPr>
        <w:t xml:space="preserve">3.1. Договір укладено на строк з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 xml:space="preserve"> по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3.2. Договір може бути пролонгований за взаємною згодою Сторін.</w:t>
      </w:r>
    </w:p>
    <w:p>
      <w:pPr>
        <w:keepNext/>
        <w:spacing w:before="200"/>
      </w:pPr>
      <w:r>
        <w:rPr>
          <w:b/>
          <w:i w:val="0"/>
        </w:rPr>
        <w:t>4. Права та обов'язки сторін</w:t>
      </w:r>
    </w:p>
    <w:p>
      <w:pPr>
        <w:jc w:val="both"/>
      </w:pPr>
      <w:r>
        <w:rPr>
          <w:b/>
          <w:i w:val="0"/>
        </w:rPr>
        <w:t>4.1. Орендодавець зобов'язується:</w:t>
      </w:r>
    </w:p>
    <w:p>
      <w:pPr>
        <w:jc w:val="both"/>
      </w:pPr>
      <w:r>
        <w:rPr>
          <w:b w:val="0"/>
          <w:i w:val="0"/>
        </w:rPr>
        <w:t>4.1.1. Передати Об'єкт оренди Орендарю за Актом приймання-передачі.</w:t>
      </w:r>
    </w:p>
    <w:p>
      <w:pPr>
        <w:jc w:val="both"/>
      </w:pPr>
      <w:r>
        <w:rPr>
          <w:b w:val="0"/>
          <w:i w:val="0"/>
        </w:rPr>
        <w:t>4.1.2. Не перешкоджати Орендарю у користуванні Об'єктом оренди.</w:t>
      </w:r>
    </w:p>
    <w:p>
      <w:pPr>
        <w:jc w:val="both"/>
      </w:pPr>
      <w:r>
        <w:rPr>
          <w:b/>
          <w:i w:val="0"/>
        </w:rPr>
        <w:t>4.2. Орендар зобов'язується:</w:t>
      </w:r>
    </w:p>
    <w:p>
      <w:pPr>
        <w:jc w:val="both"/>
      </w:pPr>
      <w:r>
        <w:rPr>
          <w:b w:val="0"/>
          <w:i w:val="0"/>
        </w:rPr>
        <w:t>4.2.1. Своєчасно вносити орендну плату.</w:t>
      </w:r>
    </w:p>
    <w:p>
      <w:pPr>
        <w:jc w:val="both"/>
      </w:pPr>
      <w:r>
        <w:rPr>
          <w:b w:val="0"/>
          <w:i w:val="0"/>
        </w:rPr>
        <w:t>4.2.2. Використовувати Об'єкт оренди виключно за цільовим призначенням.</w:t>
      </w:r>
    </w:p>
    <w:p>
      <w:pPr>
        <w:jc w:val="both"/>
      </w:pPr>
      <w:r>
        <w:rPr>
          <w:b w:val="0"/>
          <w:i w:val="0"/>
        </w:rPr>
        <w:t>4.2.3. Утримувати Об'єкт оренди в належному стані.</w:t>
      </w:r>
    </w:p>
    <w:p>
      <w:pPr>
        <w:jc w:val="both"/>
      </w:pPr>
      <w:r>
        <w:rPr>
          <w:b w:val="0"/>
          <w:i w:val="0"/>
        </w:rPr>
        <w:t>4.2.4. Відшкодовувати комунальні послуги згідно з виставленими рахунками Орендодавця.</w:t>
      </w:r>
    </w:p>
    <w:p>
      <w:pPr>
        <w:jc w:val="both"/>
      </w:pPr>
      <w:r>
        <w:rPr>
          <w:b/>
          <w:i w:val="0"/>
        </w:rPr>
        <w:t>4.3. Орендодавець має право:</w:t>
      </w:r>
    </w:p>
    <w:p>
      <w:pPr>
        <w:jc w:val="both"/>
      </w:pPr>
      <w:r>
        <w:rPr>
          <w:b w:val="0"/>
          <w:i w:val="0"/>
        </w:rPr>
        <w:t>4.3.1. Отримувати орендну плату в розмірі та в строки, передбачені цим Договором.</w:t>
      </w:r>
    </w:p>
    <w:p>
      <w:pPr>
        <w:jc w:val="both"/>
      </w:pPr>
      <w:r>
        <w:rPr>
          <w:b w:val="0"/>
          <w:i w:val="0"/>
        </w:rPr>
        <w:t>4.3.2. Отримувати компенсацію за пошкодження Об'єкта оренди, що сталося з вини Орендаря.</w:t>
      </w:r>
    </w:p>
    <w:p>
      <w:pPr>
        <w:jc w:val="both"/>
      </w:pPr>
      <w:r>
        <w:rPr>
          <w:b w:val="0"/>
          <w:i w:val="0"/>
        </w:rPr>
        <w:t xml:space="preserve">4.3.3. Здійснювати перевірку стану Об'єкта оренди, попередньо повідомивши Орендаря не менше ніж за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календарних днів (крім аварійних ситуацій).</w:t>
      </w:r>
    </w:p>
    <w:p>
      <w:pPr>
        <w:jc w:val="both"/>
      </w:pPr>
      <w:r>
        <w:rPr>
          <w:b w:val="0"/>
          <w:i w:val="0"/>
        </w:rPr>
        <w:t>4.3.4. Вимагати усунення порушень умов Договору.</w:t>
      </w:r>
    </w:p>
    <w:p>
      <w:pPr>
        <w:jc w:val="both"/>
      </w:pPr>
      <w:r>
        <w:rPr>
          <w:b w:val="0"/>
          <w:i w:val="0"/>
        </w:rPr>
        <w:t>4.3.5. Вносити зміни до Договору або розірвати його в порядку, передбаченому Договором та законодавством України.</w:t>
      </w:r>
    </w:p>
    <w:p>
      <w:pPr>
        <w:jc w:val="both"/>
      </w:pPr>
      <w:r>
        <w:rPr>
          <w:b w:val="0"/>
          <w:i w:val="0"/>
        </w:rPr>
        <w:t>4.3.6. Відмовити Орендарю в продовженні Договору після закінчення строку його дії без пояснення причин.</w:t>
      </w:r>
    </w:p>
    <w:p>
      <w:pPr>
        <w:jc w:val="both"/>
      </w:pPr>
      <w:r>
        <w:rPr>
          <w:b w:val="0"/>
          <w:i w:val="0"/>
        </w:rPr>
        <w:t>4.3.7. Відвідувати Об'єкт оренди у разі надзвичайних ситуацій (пожежа, затоплення, витік газу тощо) без попереднього повідомлення.</w:t>
      </w:r>
    </w:p>
    <w:p>
      <w:pPr>
        <w:jc w:val="both"/>
      </w:pPr>
      <w:r>
        <w:rPr>
          <w:b/>
          <w:i w:val="0"/>
        </w:rPr>
        <w:t>4.4. Орендар має право:</w:t>
      </w:r>
    </w:p>
    <w:p>
      <w:pPr>
        <w:jc w:val="both"/>
      </w:pPr>
      <w:r>
        <w:rPr>
          <w:b w:val="0"/>
          <w:i w:val="0"/>
        </w:rPr>
        <w:t>4.4.1. Користуватися Об'єктом оренди відповідно до умов Договору.</w:t>
      </w:r>
    </w:p>
    <w:p>
      <w:pPr>
        <w:jc w:val="both"/>
      </w:pPr>
      <w:r>
        <w:rPr>
          <w:b w:val="0"/>
          <w:i w:val="0"/>
        </w:rPr>
        <w:t>4.4.2. Вносити поліпшення в Об'єкт оренди лише за попередньою письмовою згодою Орендодавця.</w:t>
      </w:r>
    </w:p>
    <w:p>
      <w:pPr>
        <w:jc w:val="both"/>
      </w:pPr>
      <w:r>
        <w:rPr>
          <w:b w:val="0"/>
          <w:i w:val="0"/>
        </w:rPr>
        <w:t xml:space="preserve">4.4.3. Достроково розірвати Договір, повідомивши Орендодавця не пізніше ніж за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календарних днів у письмовій формі.</w:t>
      </w:r>
    </w:p>
    <w:p>
      <w:pPr>
        <w:jc w:val="both"/>
      </w:pPr>
      <w:r>
        <w:rPr>
          <w:b w:val="0"/>
          <w:i w:val="0"/>
        </w:rPr>
        <w:t>4.4.4. На повернення гарантійного внеску за умови належного виконання Орендарем усіх зобов'язань за Договором, відсутності заборгованості, повернення переданого майна та ключів, а також відсутності пошкоджень Об'єкта оренди та майна, переданого разом з ним.</w:t>
      </w:r>
    </w:p>
    <w:p>
      <w:pPr>
        <w:jc w:val="both"/>
      </w:pPr>
      <w:r>
        <w:rPr>
          <w:b w:val="0"/>
          <w:i w:val="0"/>
        </w:rPr>
        <w:t>4.4.5. Вимагати відшкодування збитків, завданих Орендодавцем унаслідок неналежного виконання умов Договору.</w:t>
      </w:r>
    </w:p>
    <w:p>
      <w:pPr>
        <w:jc w:val="both"/>
      </w:pPr>
      <w:r>
        <w:rPr>
          <w:b w:val="0"/>
          <w:i w:val="0"/>
        </w:rPr>
        <w:t xml:space="preserve">4.4.6. Здійснювати суборенду Об'єкта оренди або його частини </w:t>
      </w:r>
      <w:r>
        <w:rPr>
          <w:b/>
          <w:i/>
          <w:color w:val="C00000"/>
        </w:rPr>
        <w:t>[без додаткової згоди Орендодавця / лише за окремою письмовою згодою Орендодавця]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5. Відповідальність сторін</w:t>
      </w:r>
    </w:p>
    <w:p>
      <w:pPr>
        <w:jc w:val="both"/>
      </w:pPr>
      <w:r>
        <w:rPr>
          <w:b w:val="0"/>
          <w:i w:val="0"/>
        </w:rPr>
        <w:t xml:space="preserve">5.1. За прострочення оплати Орендар сплачує пеню в розмірі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>% від суми заборгованості за кожен день прострочення.</w:t>
      </w:r>
    </w:p>
    <w:p>
      <w:pPr>
        <w:jc w:val="both"/>
      </w:pPr>
      <w:r>
        <w:rPr>
          <w:b w:val="0"/>
          <w:i w:val="0"/>
        </w:rPr>
        <w:t>5.2. У разі пошкодження Об'єкта оренди Орендар відшкодовує завдані збитки в повному обсязі.</w:t>
      </w:r>
    </w:p>
    <w:p>
      <w:pPr>
        <w:keepNext/>
        <w:spacing w:before="200"/>
      </w:pPr>
      <w:r>
        <w:rPr>
          <w:b/>
          <w:i w:val="0"/>
        </w:rPr>
        <w:t>6. Порядок розірвання договору</w:t>
      </w:r>
    </w:p>
    <w:p>
      <w:pPr>
        <w:jc w:val="both"/>
      </w:pPr>
      <w:r>
        <w:rPr>
          <w:b w:val="0"/>
          <w:i w:val="0"/>
        </w:rPr>
        <w:t>6.1. Договір може бути розірваний достроково за взаємною згодою Сторін або в порядку, передбаченому законодавством України.</w:t>
      </w:r>
    </w:p>
    <w:p>
      <w:pPr>
        <w:jc w:val="both"/>
      </w:pPr>
      <w:r>
        <w:rPr>
          <w:b w:val="0"/>
          <w:i w:val="0"/>
        </w:rPr>
        <w:t>6.2. Сторона, яка ініціює дострокове розірвання Договору, зобов'язана надіслати іншій Стороні відповідне письмове повідомлення не пізніше ніж за 30 (тридцять) календарних днів до бажаної дати розірвання.</w:t>
      </w:r>
    </w:p>
    <w:p>
      <w:pPr>
        <w:jc w:val="both"/>
      </w:pPr>
      <w:r>
        <w:rPr>
          <w:b/>
          <w:i w:val="0"/>
        </w:rPr>
        <w:t>6.3. Порядок виселення:</w:t>
      </w:r>
    </w:p>
    <w:p>
      <w:pPr>
        <w:jc w:val="both"/>
      </w:pPr>
      <w:r>
        <w:rPr>
          <w:b w:val="0"/>
          <w:i w:val="0"/>
        </w:rPr>
        <w:t>6.3.1. Після закінчення строку дії Договору або його дострокового розірвання Орендар зобов'язаний звільнити Об'єкт оренди та передати його Орендодавцю у належному стані за Актом приймання-передачі протягом 3 (трьох) календарних днів.</w:t>
      </w:r>
    </w:p>
    <w:p>
      <w:pPr>
        <w:jc w:val="both"/>
      </w:pPr>
      <w:r>
        <w:rPr>
          <w:b w:val="0"/>
          <w:i w:val="0"/>
        </w:rPr>
        <w:t>6.3.2. У разі відмови Орендаря звільнити Об'єкт оренди у встановлений строк Орендодавець має право вимагати примусового виселення Орендаря в судовому порядку відповідно до законодавства України.</w:t>
      </w:r>
    </w:p>
    <w:p>
      <w:pPr>
        <w:jc w:val="both"/>
      </w:pPr>
      <w:r>
        <w:rPr>
          <w:b w:val="0"/>
          <w:i w:val="0"/>
        </w:rPr>
        <w:t>6.3.3. Орендар несе повну відповідальність за всі збитки, завдані Орендодавцю внаслідок прострочення виселення, в тому числі за подвійну орендну плату за кожен день прострочення.</w:t>
      </w:r>
    </w:p>
    <w:p>
      <w:pPr>
        <w:jc w:val="both"/>
      </w:pPr>
      <w:r>
        <w:rPr>
          <w:b w:val="0"/>
          <w:i w:val="0"/>
        </w:rPr>
        <w:t>6.3.4. Гарантійний внесок не повертається до моменту фактичного звільнення Об'єкта оренди та підписання Акта приймання-передачі.</w:t>
      </w:r>
    </w:p>
    <w:p>
      <w:pPr>
        <w:keepNext/>
        <w:spacing w:before="200"/>
      </w:pPr>
      <w:r>
        <w:rPr>
          <w:b/>
          <w:i w:val="0"/>
        </w:rPr>
        <w:t>7. Інші умови</w:t>
      </w:r>
    </w:p>
    <w:p>
      <w:pPr>
        <w:jc w:val="both"/>
      </w:pPr>
      <w:r>
        <w:rPr>
          <w:b w:val="0"/>
          <w:i w:val="0"/>
        </w:rPr>
        <w:t>7.1. Договір складено українською мовою у двох примірниках, що мають однакову юридичну силу, по одному для кожної Сторони.</w:t>
      </w:r>
    </w:p>
    <w:p>
      <w:pPr>
        <w:jc w:val="both"/>
      </w:pPr>
      <w:r>
        <w:rPr>
          <w:b w:val="0"/>
          <w:i w:val="0"/>
        </w:rPr>
        <w:t>7.2. Зміни та доповнення до Договору оформлюються додатковими угодами в письмовій формі, підписаними обома Сторонами.</w:t>
      </w:r>
    </w:p>
    <w:p>
      <w:pPr>
        <w:jc w:val="both"/>
      </w:pPr>
      <w:r>
        <w:rPr>
          <w:b w:val="0"/>
          <w:i w:val="0"/>
        </w:rPr>
        <w:t>7.3. Письмові повідомлення за Договором надсилаються на адреси, номери телефонів або електронну пошту Сторін, зазначені в Договорі.</w:t>
      </w:r>
    </w:p>
    <w:p>
      <w:pPr>
        <w:jc w:val="both"/>
      </w:pPr>
      <w:r>
        <w:rPr>
          <w:b w:val="0"/>
          <w:i w:val="0"/>
        </w:rPr>
        <w:t>7.4. Усі спори вирішуються шляхом переговорів, а якщо згоди не досягнуто, у судовому порядку відповідно до правил підсудності, встановлених законодавством України.</w:t>
      </w:r>
    </w:p>
    <w:p>
      <w:pPr>
        <w:jc w:val="both"/>
      </w:pPr>
      <w:r>
        <w:rPr>
          <w:b w:val="0"/>
          <w:i w:val="0"/>
        </w:rPr>
        <w:t>7.5. Фактична передача Об'єкта оренди здійснюється виключно на підставі підписаного обома Сторонами Акта приймання-передачі, який є невід'ємною частиною цього Договору.</w:t>
      </w:r>
    </w:p>
    <w:p>
      <w:pPr>
        <w:jc w:val="both"/>
      </w:pPr>
      <w:r>
        <w:rPr>
          <w:b w:val="0"/>
          <w:i w:val="0"/>
        </w:rPr>
        <w:t>7.6. У день передачі Об'єкта оренди Сторони складають та підписують Акт приймання-передачі, в якому детально зазначають стан майна, перелік меблів, техніки та іншого майна, що передається, з описом їх стану, а також показання лічильників.</w:t>
      </w:r>
    </w:p>
    <w:p>
      <w:pPr>
        <w:keepNext/>
        <w:spacing w:before="200"/>
      </w:pPr>
      <w:r>
        <w:rPr>
          <w:b/>
          <w:i w:val="0"/>
        </w:rPr>
        <w:t>8. Реквізити та підписи сторін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Орендодавець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>
            <w:r>
              <w:rPr>
                <w:b w:val="0"/>
                <w:i w:val="0"/>
              </w:rPr>
              <w:t xml:space="preserve">IBAN для оплати: </w:t>
            </w:r>
            <w:r>
              <w:rPr>
                <w:b/>
                <w:i/>
                <w:color w:val="C00000"/>
              </w:rPr>
              <w:t>[номер рахунку]</w:t>
            </w:r>
          </w:p>
          <w:p>
            <w:r>
              <w:rPr>
                <w:b w:val="0"/>
                <w:i w:val="0"/>
              </w:rPr>
              <w:t xml:space="preserve">Банк: </w:t>
            </w:r>
            <w:r>
              <w:rPr>
                <w:b/>
                <w:i/>
                <w:color w:val="C00000"/>
              </w:rPr>
              <w:t>[назва]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Орендар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/>
          <w:p/>
          <w:p/>
          <w:p>
            <w:r>
              <w:rPr>
                <w:b w:val="0"/>
                <w:i w:val="0"/>
              </w:rPr>
              <w:t>підпис ___________</w:t>
            </w:r>
          </w:p>
        </w:tc>
      </w:tr>
    </w:tbl>
    <w:p/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