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i w:val="0"/>
          <w:sz w:val="28"/>
        </w:rPr>
        <w:t>Розписка</w:t>
      </w:r>
    </w:p>
    <w:p>
      <w:pPr>
        <w:jc w:val="both"/>
      </w:pPr>
      <w:r>
        <w:rPr>
          <w:b w:val="0"/>
          <w:i w:val="0"/>
        </w:rPr>
        <w:t xml:space="preserve">м. </w:t>
      </w:r>
      <w:r>
        <w:rPr>
          <w:b/>
          <w:i/>
          <w:color w:val="C00000"/>
        </w:rPr>
        <w:t>[місто]</w:t>
      </w:r>
      <w:r>
        <w:rPr>
          <w:b w:val="0"/>
          <w:i w:val="0"/>
        </w:rPr>
        <w:t xml:space="preserve">, </w:t>
      </w:r>
      <w:r>
        <w:rPr>
          <w:b/>
          <w:i/>
          <w:color w:val="C00000"/>
        </w:rPr>
        <w:t>[дата]</w:t>
      </w:r>
    </w:p>
    <w:p>
      <w:pPr>
        <w:jc w:val="both"/>
      </w:pPr>
      <w:r>
        <w:rPr>
          <w:b w:val="0"/>
          <w:i w:val="0"/>
        </w:rPr>
        <w:t xml:space="preserve">1. Я, </w:t>
      </w:r>
      <w:r>
        <w:rPr>
          <w:b/>
          <w:i/>
          <w:color w:val="C00000"/>
        </w:rPr>
        <w:t>[ПІБ повністю]</w:t>
      </w:r>
      <w:r>
        <w:rPr>
          <w:b w:val="0"/>
          <w:i w:val="0"/>
        </w:rPr>
        <w:t xml:space="preserve">, РНОКПП </w:t>
      </w:r>
      <w:r>
        <w:rPr>
          <w:b/>
          <w:i/>
          <w:color w:val="C00000"/>
        </w:rPr>
        <w:t>[номер]</w:t>
      </w:r>
      <w:r>
        <w:rPr>
          <w:b w:val="0"/>
          <w:i w:val="0"/>
        </w:rPr>
        <w:t xml:space="preserve">, отримав(ла) від </w:t>
      </w:r>
      <w:r>
        <w:rPr>
          <w:b/>
          <w:i/>
          <w:color w:val="C00000"/>
        </w:rPr>
        <w:t>[ПІБ повністю]</w:t>
      </w:r>
      <w:r>
        <w:rPr>
          <w:b w:val="0"/>
          <w:i w:val="0"/>
        </w:rPr>
        <w:t xml:space="preserve">, РНОКПП </w:t>
      </w:r>
      <w:r>
        <w:rPr>
          <w:b/>
          <w:i/>
          <w:color w:val="C00000"/>
        </w:rPr>
        <w:t>[номер]</w:t>
      </w:r>
      <w:r>
        <w:rPr>
          <w:b w:val="0"/>
          <w:i w:val="0"/>
        </w:rPr>
        <w:t xml:space="preserve">, грошові кошти в сумі </w:t>
      </w:r>
      <w:r>
        <w:rPr>
          <w:b/>
          <w:i/>
          <w:color w:val="C00000"/>
        </w:rPr>
        <w:t>[сума]</w:t>
      </w:r>
      <w:r>
        <w:rPr>
          <w:b w:val="0"/>
          <w:i w:val="0"/>
        </w:rPr>
        <w:t xml:space="preserve"> (</w:t>
      </w:r>
      <w:r>
        <w:rPr>
          <w:b/>
          <w:i/>
          <w:color w:val="C00000"/>
        </w:rPr>
        <w:t>[сума прописом]</w:t>
      </w:r>
      <w:r>
        <w:rPr>
          <w:b w:val="0"/>
          <w:i w:val="0"/>
        </w:rPr>
        <w:t xml:space="preserve">) грн </w:t>
      </w:r>
      <w:r>
        <w:rPr>
          <w:b/>
          <w:i/>
          <w:color w:val="C00000"/>
        </w:rPr>
        <w:t>[готівкою / банківським переказом]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2. Ці кошти є </w:t>
      </w:r>
      <w:r>
        <w:rPr>
          <w:b/>
          <w:i/>
          <w:color w:val="C00000"/>
        </w:rPr>
        <w:t>[орендною платою за період з (дата) по (дата) / гарантійним внеском]</w:t>
      </w:r>
      <w:r>
        <w:rPr>
          <w:b w:val="0"/>
          <w:i w:val="0"/>
        </w:rPr>
        <w:t xml:space="preserve"> за договором оренди квартири від </w:t>
      </w:r>
      <w:r>
        <w:rPr>
          <w:b/>
          <w:i/>
          <w:color w:val="C00000"/>
        </w:rPr>
        <w:t>[дата]</w:t>
      </w:r>
      <w:r>
        <w:rPr>
          <w:b w:val="0"/>
          <w:i w:val="0"/>
        </w:rPr>
        <w:t xml:space="preserve"> за адресою: </w:t>
      </w:r>
      <w:r>
        <w:rPr>
          <w:b/>
          <w:i/>
          <w:color w:val="C00000"/>
        </w:rPr>
        <w:t>[місто, вулиця, будинок, номер квартири]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3. Кошти отримано </w:t>
      </w:r>
      <w:r>
        <w:rPr>
          <w:b/>
          <w:i/>
          <w:color w:val="C00000"/>
        </w:rPr>
        <w:t>[особисто Орендодавцем / представником Орендодавця за довіреністю від (дата) № (номер)]</w:t>
      </w:r>
      <w:r>
        <w:rPr>
          <w:b w:val="0"/>
          <w:i w:val="0"/>
        </w:rPr>
        <w:t>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i w:val="0"/>
              </w:rPr>
              <w:t>Отримувач</w:t>
            </w:r>
          </w:p>
          <w:p>
            <w:r>
              <w:rPr>
                <w:b/>
                <w:i/>
                <w:color w:val="C00000"/>
              </w:rPr>
              <w:t>[ПІБ]</w:t>
            </w:r>
          </w:p>
          <w:p/>
          <w:p>
            <w:r>
              <w:rPr>
                <w:b w:val="0"/>
                <w:i w:val="0"/>
              </w:rPr>
              <w:t>підпис ___________</w:t>
            </w:r>
          </w:p>
        </w:tc>
        <w:tc>
          <w:tcPr>
            <w:tcW w:type="dxa" w:w="4819"/>
          </w:tcPr>
          <w:p>
            <w:r/>
          </w:p>
        </w:tc>
      </w:tr>
    </w:tbl>
    <w:p/>
    <w:p>
      <w:r>
        <w:br w:type="page"/>
      </w:r>
    </w:p>
    <w:p>
      <w:pPr>
        <w:spacing w:after="240"/>
        <w:jc w:val="center"/>
      </w:pPr>
      <w:r>
        <w:rPr>
          <w:b/>
          <w:i w:val="0"/>
          <w:sz w:val="28"/>
        </w:rPr>
        <w:t>Розписка про повернення гарантійного внеску</w:t>
      </w:r>
    </w:p>
    <w:p>
      <w:pPr>
        <w:jc w:val="both"/>
      </w:pPr>
      <w:r>
        <w:rPr>
          <w:b w:val="0"/>
          <w:i w:val="0"/>
        </w:rPr>
        <w:t xml:space="preserve">м. </w:t>
      </w:r>
      <w:r>
        <w:rPr>
          <w:b/>
          <w:i/>
          <w:color w:val="C00000"/>
        </w:rPr>
        <w:t>[місто]</w:t>
      </w:r>
      <w:r>
        <w:rPr>
          <w:b w:val="0"/>
          <w:i w:val="0"/>
        </w:rPr>
        <w:t xml:space="preserve">, </w:t>
      </w:r>
      <w:r>
        <w:rPr>
          <w:b/>
          <w:i/>
          <w:color w:val="C00000"/>
        </w:rPr>
        <w:t>[дата]</w:t>
      </w:r>
    </w:p>
    <w:p>
      <w:pPr>
        <w:jc w:val="both"/>
      </w:pPr>
      <w:r>
        <w:rPr>
          <w:b w:val="0"/>
          <w:i w:val="0"/>
        </w:rPr>
        <w:t xml:space="preserve">1. Я, </w:t>
      </w:r>
      <w:r>
        <w:rPr>
          <w:b/>
          <w:i/>
          <w:color w:val="C00000"/>
        </w:rPr>
        <w:t>[ПІБ повністю]</w:t>
      </w:r>
      <w:r>
        <w:rPr>
          <w:b w:val="0"/>
          <w:i w:val="0"/>
        </w:rPr>
        <w:t xml:space="preserve">, РНОКПП </w:t>
      </w:r>
      <w:r>
        <w:rPr>
          <w:b/>
          <w:i/>
          <w:color w:val="C00000"/>
        </w:rPr>
        <w:t>[номер]</w:t>
      </w:r>
      <w:r>
        <w:rPr>
          <w:b w:val="0"/>
          <w:i w:val="0"/>
        </w:rPr>
        <w:t xml:space="preserve">, отримав(ла) від </w:t>
      </w:r>
      <w:r>
        <w:rPr>
          <w:b/>
          <w:i/>
          <w:color w:val="C00000"/>
        </w:rPr>
        <w:t>[ПІБ повністю]</w:t>
      </w:r>
      <w:r>
        <w:rPr>
          <w:b w:val="0"/>
          <w:i w:val="0"/>
        </w:rPr>
        <w:t xml:space="preserve">, РНОКПП </w:t>
      </w:r>
      <w:r>
        <w:rPr>
          <w:b/>
          <w:i/>
          <w:color w:val="C00000"/>
        </w:rPr>
        <w:t>[номер]</w:t>
      </w:r>
      <w:r>
        <w:rPr>
          <w:b w:val="0"/>
          <w:i w:val="0"/>
        </w:rPr>
        <w:t xml:space="preserve">, грошові кошти в сумі </w:t>
      </w:r>
      <w:r>
        <w:rPr>
          <w:b/>
          <w:i/>
          <w:color w:val="C00000"/>
        </w:rPr>
        <w:t>[сума]</w:t>
      </w:r>
      <w:r>
        <w:rPr>
          <w:b w:val="0"/>
          <w:i w:val="0"/>
        </w:rPr>
        <w:t xml:space="preserve"> (</w:t>
      </w:r>
      <w:r>
        <w:rPr>
          <w:b/>
          <w:i/>
          <w:color w:val="C00000"/>
        </w:rPr>
        <w:t>[сума прописом]</w:t>
      </w:r>
      <w:r>
        <w:rPr>
          <w:b w:val="0"/>
          <w:i w:val="0"/>
        </w:rPr>
        <w:t xml:space="preserve">) грн </w:t>
      </w:r>
      <w:r>
        <w:rPr>
          <w:b/>
          <w:i/>
          <w:color w:val="C00000"/>
        </w:rPr>
        <w:t>[готівкою / банківським переказом]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2. Ці кошти є поверненням гарантійного внеску за договором оренди квартири від </w:t>
      </w:r>
      <w:r>
        <w:rPr>
          <w:b/>
          <w:i/>
          <w:color w:val="C00000"/>
        </w:rPr>
        <w:t>[дата]</w:t>
      </w:r>
      <w:r>
        <w:rPr>
          <w:b w:val="0"/>
          <w:i w:val="0"/>
        </w:rPr>
        <w:t xml:space="preserve"> за адресою: </w:t>
      </w:r>
      <w:r>
        <w:rPr>
          <w:b/>
          <w:i/>
          <w:color w:val="C00000"/>
        </w:rPr>
        <w:t>[місто, вулиця, будинок, номер квартири]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3. Гарантійний внесок повернуто </w:t>
      </w:r>
      <w:r>
        <w:rPr>
          <w:b/>
          <w:i/>
          <w:color w:val="C00000"/>
        </w:rPr>
        <w:t>[у повному обсязі / частково, утримано (сума) грн]</w:t>
      </w:r>
      <w:r>
        <w:rPr>
          <w:b w:val="0"/>
          <w:i w:val="0"/>
        </w:rPr>
        <w:t>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i w:val="0"/>
              </w:rPr>
              <w:t>Отримувач</w:t>
            </w:r>
          </w:p>
          <w:p>
            <w:r>
              <w:rPr>
                <w:b/>
                <w:i/>
                <w:color w:val="C00000"/>
              </w:rPr>
              <w:t>[ПІБ]</w:t>
            </w:r>
          </w:p>
          <w:p/>
          <w:p>
            <w:r>
              <w:rPr>
                <w:b w:val="0"/>
                <w:i w:val="0"/>
              </w:rPr>
              <w:t>підпис ___________</w:t>
            </w:r>
          </w:p>
        </w:tc>
        <w:tc>
          <w:tcPr>
            <w:tcW w:type="dxa" w:w="4819"/>
          </w:tcPr>
          <w:p>
            <w:r/>
          </w:p>
        </w:tc>
      </w:tr>
    </w:tbl>
    <w:p/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