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i w:val="0"/>
          <w:sz w:val="28"/>
        </w:rPr>
        <w:t>Зразок довіреності на продаж квартири</w:t>
      </w:r>
    </w:p>
    <w:p>
      <w:pPr>
        <w:keepNext/>
        <w:jc w:val="center"/>
      </w:pPr>
      <w:r>
        <w:rPr>
          <w:b/>
          <w:i w:val="0"/>
        </w:rPr>
        <w:t>Остаточний текст складає і посвідчує нотаріус</w:t>
      </w:r>
    </w:p>
    <w:p>
      <w:pPr>
        <w:keepNext/>
        <w:jc w:val="center"/>
      </w:pPr>
      <w:r>
        <w:rPr>
          <w:b/>
          <w:i w:val="0"/>
        </w:rPr>
        <w:t>ДОВІРЕНІСТЬ</w:t>
      </w:r>
    </w:p>
    <w:p>
      <w:pPr>
        <w:jc w:val="both"/>
      </w:pPr>
      <w:r>
        <w:rPr>
          <w:b w:val="0"/>
          <w:i w:val="0"/>
        </w:rPr>
        <w:t xml:space="preserve">Місто </w:t>
      </w:r>
      <w:r>
        <w:rPr>
          <w:b/>
          <w:i/>
          <w:color w:val="C00000"/>
        </w:rPr>
        <w:t>[назва населеного пункту]</w:t>
      </w:r>
      <w:r>
        <w:rPr>
          <w:b w:val="0"/>
          <w:i w:val="0"/>
        </w:rPr>
        <w:t xml:space="preserve">, Україна, </w:t>
      </w:r>
      <w:r>
        <w:rPr>
          <w:b/>
          <w:i/>
          <w:color w:val="C00000"/>
        </w:rPr>
        <w:t>[дата прописом]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Я, </w:t>
      </w:r>
      <w:r>
        <w:rPr>
          <w:b/>
          <w:i/>
          <w:color w:val="C00000"/>
        </w:rPr>
        <w:t>[прізвище, ім'я, по батькові]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[дата народження]</w:t>
      </w:r>
      <w:r>
        <w:rPr>
          <w:b w:val="0"/>
          <w:i w:val="0"/>
        </w:rPr>
        <w:t xml:space="preserve"> року народження, РНОКПП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паспорт громадянина України </w:t>
      </w:r>
      <w:r>
        <w:rPr>
          <w:b/>
          <w:i/>
          <w:color w:val="C00000"/>
        </w:rPr>
        <w:t>[серія і номер або номер ID-картки]</w:t>
      </w:r>
      <w:r>
        <w:rPr>
          <w:b w:val="0"/>
          <w:i w:val="0"/>
        </w:rPr>
        <w:t xml:space="preserve">, виданий </w:t>
      </w:r>
      <w:r>
        <w:rPr>
          <w:b/>
          <w:i/>
          <w:color w:val="C00000"/>
        </w:rPr>
        <w:t>[орган, дата]</w:t>
      </w:r>
      <w:r>
        <w:rPr>
          <w:b w:val="0"/>
          <w:i w:val="0"/>
        </w:rPr>
        <w:t xml:space="preserve">, зареєстроване місце проживання: </w:t>
      </w:r>
      <w:r>
        <w:rPr>
          <w:b/>
          <w:i/>
          <w:color w:val="C00000"/>
        </w:rPr>
        <w:t>[адреса]</w:t>
      </w:r>
      <w:r>
        <w:rPr>
          <w:b w:val="0"/>
          <w:i w:val="0"/>
        </w:rPr>
        <w:t>, далі «Довіритель»,</w:t>
      </w:r>
    </w:p>
    <w:p>
      <w:pPr>
        <w:jc w:val="both"/>
      </w:pPr>
      <w:r>
        <w:rPr>
          <w:b w:val="0"/>
          <w:i w:val="0"/>
        </w:rPr>
        <w:t xml:space="preserve">цією довіреністю уповноважую </w:t>
      </w:r>
      <w:r>
        <w:rPr>
          <w:b/>
          <w:i/>
          <w:color w:val="C00000"/>
        </w:rPr>
        <w:t>[прізвище, ім'я, по батькові]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[дата народження]</w:t>
      </w:r>
      <w:r>
        <w:rPr>
          <w:b w:val="0"/>
          <w:i w:val="0"/>
        </w:rPr>
        <w:t xml:space="preserve"> року народження, РНОКПП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паспорт громадянина України </w:t>
      </w:r>
      <w:r>
        <w:rPr>
          <w:b/>
          <w:i/>
          <w:color w:val="C00000"/>
        </w:rPr>
        <w:t>[серія і номер або номер ID-картки]</w:t>
      </w:r>
      <w:r>
        <w:rPr>
          <w:b w:val="0"/>
          <w:i w:val="0"/>
        </w:rPr>
        <w:t xml:space="preserve">, виданий </w:t>
      </w:r>
      <w:r>
        <w:rPr>
          <w:b/>
          <w:i/>
          <w:color w:val="C00000"/>
        </w:rPr>
        <w:t>[орган, дата]</w:t>
      </w:r>
      <w:r>
        <w:rPr>
          <w:b w:val="0"/>
          <w:i w:val="0"/>
        </w:rPr>
        <w:t xml:space="preserve">, зареєстроване місце проживання: </w:t>
      </w:r>
      <w:r>
        <w:rPr>
          <w:b/>
          <w:i/>
          <w:color w:val="C00000"/>
        </w:rPr>
        <w:t>[адреса]</w:t>
      </w:r>
      <w:r>
        <w:rPr>
          <w:b w:val="0"/>
          <w:i w:val="0"/>
        </w:rPr>
        <w:t>, далі «Представник»,</w:t>
      </w:r>
    </w:p>
    <w:p>
      <w:pPr>
        <w:jc w:val="both"/>
      </w:pPr>
      <w:r>
        <w:rPr>
          <w:b w:val="0"/>
          <w:i w:val="0"/>
        </w:rPr>
        <w:t>продати належну мені квартиру на умовах і з повноваженнями, визначеними нижче.</w:t>
      </w:r>
    </w:p>
    <w:p>
      <w:pPr>
        <w:keepNext/>
        <w:spacing w:before="200"/>
      </w:pPr>
      <w:r>
        <w:rPr>
          <w:b/>
          <w:i w:val="0"/>
        </w:rPr>
        <w:t>1. Квартира</w:t>
      </w:r>
    </w:p>
    <w:p>
      <w:pPr>
        <w:jc w:val="both"/>
      </w:pPr>
      <w:r>
        <w:rPr>
          <w:b w:val="0"/>
          <w:i w:val="0"/>
        </w:rPr>
        <w:t xml:space="preserve">1.1. Квартира №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розташована за адресою: </w:t>
      </w:r>
      <w:r>
        <w:rPr>
          <w:b/>
          <w:i/>
          <w:color w:val="C00000"/>
        </w:rPr>
        <w:t>[область, населений пункт, вулиця, номер будинку]</w:t>
      </w:r>
      <w:r>
        <w:rPr>
          <w:b w:val="0"/>
          <w:i w:val="0"/>
        </w:rPr>
        <w:t xml:space="preserve">, загальна площа </w:t>
      </w:r>
      <w:r>
        <w:rPr>
          <w:b/>
          <w:i/>
          <w:color w:val="C00000"/>
        </w:rPr>
        <w:t>[число]</w:t>
      </w:r>
      <w:r>
        <w:rPr>
          <w:b w:val="0"/>
          <w:i w:val="0"/>
        </w:rPr>
        <w:t xml:space="preserve"> кв. м, реєстраційний номер об'єкта нерухомого майна в Державному реєстрі речових прав на нерухоме майно (далі «ДРРП»)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>, далі «Квартира».</w:t>
      </w:r>
    </w:p>
    <w:p>
      <w:pPr>
        <w:jc w:val="both"/>
      </w:pPr>
      <w:r>
        <w:rPr>
          <w:b w:val="0"/>
          <w:i w:val="0"/>
        </w:rPr>
        <w:t xml:space="preserve">1.2. Квартира належить мені на підставі </w:t>
      </w:r>
      <w:r>
        <w:rPr>
          <w:b/>
          <w:i/>
          <w:color w:val="C00000"/>
        </w:rPr>
        <w:t>[договору купівлі-продажу / договору дарування / свідоцтва про право на спадщину / свідоцтва про право власності / рішення суду]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[ким посвідчений або виданий, дата, реєстровий номер]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1.3. Квартира </w:t>
      </w:r>
      <w:r>
        <w:rPr>
          <w:b/>
          <w:i/>
          <w:color w:val="C00000"/>
        </w:rPr>
        <w:t>[є моєю особистою приватною власністю / є спільною сумісною власністю подружжя, і згоду другого з подружжя на її продаж буде подано окремим нотаріально посвідченим документом / належить мені на праві спільної часткової власності, і я доручаю продати мою частку]</w:t>
      </w:r>
      <w:r>
        <w:rPr>
          <w:b w:val="0"/>
          <w:i w:val="0"/>
        </w:rPr>
        <w:t xml:space="preserve">. Розмір частки: </w:t>
      </w:r>
      <w:r>
        <w:rPr>
          <w:b/>
          <w:i/>
          <w:color w:val="C00000"/>
        </w:rPr>
        <w:t>[частка / вся Квартира]</w:t>
      </w:r>
      <w:r>
        <w:rPr>
          <w:b w:val="0"/>
          <w:i w:val="0"/>
        </w:rPr>
        <w:t>.</w:t>
      </w:r>
    </w:p>
    <w:p>
      <w:pPr>
        <w:keepNext/>
        <w:spacing w:before="200"/>
      </w:pPr>
      <w:r>
        <w:rPr>
          <w:b/>
          <w:i w:val="0"/>
        </w:rPr>
        <w:t>2. Ціна і розрахунок</w:t>
      </w:r>
    </w:p>
    <w:p>
      <w:pPr>
        <w:jc w:val="both"/>
      </w:pPr>
      <w:r>
        <w:rPr>
          <w:b w:val="0"/>
          <w:i w:val="0"/>
        </w:rPr>
        <w:t xml:space="preserve">2.1. Представник має право продати Квартиру </w:t>
      </w:r>
      <w:r>
        <w:rPr>
          <w:b/>
          <w:i/>
          <w:color w:val="C00000"/>
        </w:rPr>
        <w:t>[за ціною не нижче вказаної суми / за ціною, що дорівнює вказаній сумі / за ціною на власний розсуд]</w:t>
      </w:r>
      <w:r>
        <w:rPr>
          <w:b w:val="0"/>
          <w:i w:val="0"/>
        </w:rPr>
        <w:t xml:space="preserve">. Сума: </w:t>
      </w:r>
      <w:r>
        <w:rPr>
          <w:b/>
          <w:i/>
          <w:color w:val="C00000"/>
        </w:rPr>
        <w:t>[цифрами і словами]</w:t>
      </w:r>
      <w:r>
        <w:rPr>
          <w:b w:val="0"/>
          <w:i w:val="0"/>
        </w:rPr>
        <w:t xml:space="preserve"> гривень.</w:t>
      </w:r>
    </w:p>
    <w:p>
      <w:pPr>
        <w:jc w:val="both"/>
      </w:pPr>
      <w:r>
        <w:rPr>
          <w:b w:val="0"/>
          <w:i w:val="0"/>
        </w:rPr>
        <w:t xml:space="preserve">2.2. Розрахунок за Квартиру проводиться </w:t>
      </w:r>
      <w:r>
        <w:rPr>
          <w:b/>
          <w:i/>
          <w:color w:val="C00000"/>
        </w:rPr>
        <w:t>[шляхом перерахування коштів покупцем на мій рахунок, і права отримувати кошти Представник не має / з правом Представника отримати належні мені кошти безготівково на рахунок, зазначений мною письмово]</w:t>
      </w:r>
      <w:r>
        <w:rPr>
          <w:b w:val="0"/>
          <w:i w:val="0"/>
        </w:rPr>
        <w:t xml:space="preserve">. Мій рахунок: IBAN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 у </w:t>
      </w:r>
      <w:r>
        <w:rPr>
          <w:b/>
          <w:i/>
          <w:color w:val="C00000"/>
        </w:rPr>
        <w:t>[назва банку]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2.3. Оплата здійснюється </w:t>
      </w:r>
      <w:r>
        <w:rPr>
          <w:b/>
          <w:i/>
          <w:color w:val="C00000"/>
        </w:rPr>
        <w:t>[повністю до передання Квартири покупцю / у строки, визначені Представником у договорі]</w:t>
      </w:r>
      <w:r>
        <w:rPr>
          <w:b w:val="0"/>
          <w:i w:val="0"/>
        </w:rPr>
        <w:t xml:space="preserve">. Представник </w:t>
      </w:r>
      <w:r>
        <w:rPr>
          <w:b/>
          <w:i/>
          <w:color w:val="C00000"/>
        </w:rPr>
        <w:t>[не має права погоджувати відстрочення чи розстрочення оплати, зменшувати мінімальну ціну або змінювати порядок розрахунків / має право погоджувати відстрочення оплати на строк не більше: строк словами]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>2.4. Представник не має права продати Квартиру собі особисто або особі, представником якої він одночасно є.</w:t>
      </w:r>
    </w:p>
    <w:p>
      <w:pPr>
        <w:keepNext/>
        <w:spacing w:before="200"/>
      </w:pPr>
      <w:r>
        <w:rPr>
          <w:b/>
          <w:i w:val="0"/>
        </w:rPr>
        <w:t>3. Попередній договір і завдаток</w:t>
      </w:r>
    </w:p>
    <w:p>
      <w:pPr>
        <w:jc w:val="both"/>
      </w:pPr>
      <w:r>
        <w:rPr>
          <w:b w:val="0"/>
          <w:i w:val="0"/>
        </w:rPr>
        <w:t xml:space="preserve">3.1. Представник </w:t>
      </w:r>
      <w:r>
        <w:rPr>
          <w:b/>
          <w:i/>
          <w:color w:val="C00000"/>
        </w:rPr>
        <w:t>[має право укласти і підписати попередній договір щодо продажу Квартири, договір про завдаток чи аванс, визначити строк укладення основного договору і погодити завдаток чи аванс у сумі не більше вказаної нижче / не має права укладати попередній договір і приймати завдаток чи аванс]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3.2. Гранична сума завдатку чи авансу: </w:t>
      </w:r>
      <w:r>
        <w:rPr>
          <w:b/>
          <w:i/>
          <w:color w:val="C00000"/>
        </w:rPr>
        <w:t>[сума цифрами і словами]</w:t>
      </w:r>
      <w:r>
        <w:rPr>
          <w:b w:val="0"/>
          <w:i w:val="0"/>
        </w:rPr>
        <w:t xml:space="preserve"> гривень. Ці кошти перераховуються </w:t>
      </w:r>
      <w:r>
        <w:rPr>
          <w:b/>
          <w:i/>
          <w:color w:val="C00000"/>
        </w:rPr>
        <w:t>[на мій рахунок, зазначений у п. 2.2 / на рахунок, зазначений мною письмово]</w:t>
      </w:r>
      <w:r>
        <w:rPr>
          <w:b w:val="0"/>
          <w:i w:val="0"/>
        </w:rPr>
        <w:t>.</w:t>
      </w:r>
    </w:p>
    <w:p>
      <w:pPr>
        <w:keepNext/>
        <w:spacing w:before="200"/>
      </w:pPr>
      <w:r>
        <w:rPr>
          <w:b/>
          <w:i w:val="0"/>
        </w:rPr>
        <w:t>4. Документи, реєстри і платежі</w:t>
      </w:r>
    </w:p>
    <w:p>
      <w:pPr>
        <w:jc w:val="both"/>
      </w:pPr>
      <w:r>
        <w:rPr>
          <w:b w:val="0"/>
          <w:i w:val="0"/>
        </w:rPr>
        <w:t>4.1. Представник має право від мого імені замовляти й отримувати інформаційні довідки та витяги з ДРРП, технічний паспорт на Квартиру, звіт про оцінку Квартири, довідки про зареєстрованих у Квартирі осіб і про відсутність заборгованості за житлово-комунальні послуги та внески на утримання будинку, а також інші документи, потрібні для продажу.</w:t>
      </w:r>
    </w:p>
    <w:p>
      <w:pPr>
        <w:jc w:val="both"/>
      </w:pPr>
      <w:r>
        <w:rPr>
          <w:b w:val="0"/>
          <w:i w:val="0"/>
        </w:rPr>
        <w:t>4.2. Для цього Представник має право подавати і підписувати заяви, отримувати документи у нотаріусів, суб'єктів оціночної діяльності, центрів надання адміністративних послуг, органів місцевого самоврядування, об'єднань співвласників багатоквартирних будинків, управителів, постачальників комунальних послуг, банків та інших установ.</w:t>
      </w:r>
    </w:p>
    <w:p>
      <w:pPr>
        <w:jc w:val="both"/>
      </w:pPr>
      <w:r>
        <w:rPr>
          <w:b w:val="0"/>
          <w:i w:val="0"/>
        </w:rPr>
        <w:t>4.3. Представник має право від мого імені та за мій рахунок сплачувати податки, збори та інші обов'язкові платежі, пов'язані з продажем Квартири, плату за вчинення нотаріальних дій і державну реєстрацію, отримувати квитанції та інші платіжні документи.</w:t>
      </w:r>
    </w:p>
    <w:p>
      <w:pPr>
        <w:keepNext/>
        <w:spacing w:before="200"/>
      </w:pPr>
      <w:r>
        <w:rPr>
          <w:b/>
          <w:i w:val="0"/>
        </w:rPr>
        <w:t>5. Договір купівлі-продажу і передання Квартири</w:t>
      </w:r>
    </w:p>
    <w:p>
      <w:pPr>
        <w:jc w:val="both"/>
      </w:pPr>
      <w:r>
        <w:rPr>
          <w:b w:val="0"/>
          <w:i w:val="0"/>
        </w:rPr>
        <w:t>5.1. Представник має право укласти і підписати договір купівлі-продажу Квартири, визначити його умови, крім ціни і порядку розрахунків, які визначаються відповідно до розділу 2, а також підписати договори про внесення змін до нього.</w:t>
      </w:r>
    </w:p>
    <w:p>
      <w:pPr>
        <w:jc w:val="both"/>
      </w:pPr>
      <w:r>
        <w:rPr>
          <w:b w:val="0"/>
          <w:i w:val="0"/>
        </w:rPr>
        <w:t>5.2. Представник має право подавати заяви, необхідні для державної реєстрації права власності покупця, отримувати витяги з ДРРП.</w:t>
      </w:r>
    </w:p>
    <w:p>
      <w:pPr>
        <w:jc w:val="both"/>
      </w:pPr>
      <w:r>
        <w:rPr>
          <w:b w:val="0"/>
          <w:i w:val="0"/>
        </w:rPr>
        <w:t xml:space="preserve">5.3. Представник має право передати покупцю Квартиру, ключі і документи на неї за актом приймання-передачі, зафіксувати в акті показники лічильників, </w:t>
      </w:r>
      <w:r>
        <w:rPr>
          <w:b/>
          <w:i/>
          <w:color w:val="C00000"/>
        </w:rPr>
        <w:t>[розірвати від мого імені договори з постачальниками комунальних послуг / таких повноважень не надаю]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5.4. Представник </w:t>
      </w:r>
      <w:r>
        <w:rPr>
          <w:b/>
          <w:i/>
          <w:color w:val="C00000"/>
        </w:rPr>
        <w:t>[має право подати і підписати від мого імені заяву про те, що я не перебуваю у шлюбі і Квартира належить мені на праві особистої приватної власності та не є спільною сумісною власністю подружжя / такого права не має, оскільки я перебуваю у шлюбі]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>5.5. Для виконання цієї довіреності Представник має право розписуватися за мене і вчиняти інші дії, пов'язані з продажем Квартири.</w:t>
      </w:r>
    </w:p>
    <w:p>
      <w:pPr>
        <w:keepNext/>
        <w:spacing w:before="200"/>
      </w:pPr>
      <w:r>
        <w:rPr>
          <w:b/>
          <w:i w:val="0"/>
        </w:rPr>
        <w:t>6. Строк і передоручення</w:t>
      </w:r>
    </w:p>
    <w:p>
      <w:pPr>
        <w:jc w:val="both"/>
      </w:pPr>
      <w:r>
        <w:rPr>
          <w:b w:val="0"/>
          <w:i w:val="0"/>
        </w:rPr>
        <w:t xml:space="preserve">6.1. Довіреність видано строком на </w:t>
      </w:r>
      <w:r>
        <w:rPr>
          <w:b/>
          <w:i/>
          <w:color w:val="C00000"/>
        </w:rPr>
        <w:t>[строк словами: роки, місяці, тижні або дні]</w:t>
      </w:r>
      <w:r>
        <w:rPr>
          <w:b w:val="0"/>
          <w:i w:val="0"/>
        </w:rPr>
        <w:t xml:space="preserve">, до </w:t>
      </w:r>
      <w:r>
        <w:rPr>
          <w:b/>
          <w:i/>
          <w:color w:val="C00000"/>
        </w:rPr>
        <w:t>[дата прописом]</w:t>
      </w:r>
      <w:r>
        <w:rPr>
          <w:b w:val="0"/>
          <w:i w:val="0"/>
        </w:rPr>
        <w:t xml:space="preserve"> року включно.</w:t>
      </w:r>
    </w:p>
    <w:p>
      <w:pPr>
        <w:jc w:val="both"/>
      </w:pPr>
      <w:r>
        <w:rPr>
          <w:b w:val="0"/>
          <w:i w:val="0"/>
        </w:rPr>
        <w:t xml:space="preserve">6.2. Довіреність видано </w:t>
      </w:r>
      <w:r>
        <w:rPr>
          <w:b/>
          <w:i/>
          <w:color w:val="C00000"/>
        </w:rPr>
        <w:t>[без права передоручення / з правом передоручення повноважень іншій особі]</w:t>
      </w:r>
      <w:r>
        <w:rPr>
          <w:b w:val="0"/>
          <w:i w:val="0"/>
        </w:rPr>
        <w:t>.</w:t>
      </w:r>
    </w:p>
    <w:p>
      <w:pPr>
        <w:keepNext/>
        <w:spacing w:before="200"/>
      </w:pPr>
      <w:r>
        <w:rPr>
          <w:b/>
          <w:i w:val="0"/>
        </w:rPr>
        <w:t>7. Роз'яснення</w:t>
      </w:r>
    </w:p>
    <w:p>
      <w:pPr>
        <w:jc w:val="both"/>
      </w:pPr>
      <w:r>
        <w:rPr>
          <w:b w:val="0"/>
          <w:i w:val="0"/>
        </w:rPr>
        <w:t>7.1. Нотаріусом мені роз'яснено зміст статей 237-250 Цивільного кодексу України, статті 65 Сімейного кодексу України і статті 172 Податкового кодексу України.</w:t>
      </w:r>
    </w:p>
    <w:p>
      <w:pPr>
        <w:jc w:val="both"/>
      </w:pPr>
      <w:r>
        <w:rPr>
          <w:b w:val="0"/>
          <w:i w:val="0"/>
        </w:rPr>
        <w:t>7.2. Мені відомо, що я можу скасувати цю довіреність у будь-який час і в такому разі маю негайно повідомити про це Представника і відомих мені третіх осіб; що дія довіреності припиняється в разі моєї смерті та з інших підстав, встановлених статтею 248 Цивільного кодексу України; що правочини, вчинені Представником у межах цієї довіреності, створюють права й обов'язки для мене.</w:t>
      </w:r>
    </w:p>
    <w:p>
      <w:pPr>
        <w:jc w:val="both"/>
      </w:pPr>
      <w:r>
        <w:rPr>
          <w:b w:val="0"/>
          <w:i w:val="0"/>
        </w:rPr>
        <w:t xml:space="preserve">7.3. Текст довіреності </w:t>
      </w:r>
      <w:r>
        <w:rPr>
          <w:b/>
          <w:i/>
          <w:color w:val="C00000"/>
        </w:rPr>
        <w:t>[прочитано мною особисто / прочитано вголос нотаріусом]</w:t>
      </w:r>
      <w:r>
        <w:rPr>
          <w:b w:val="0"/>
          <w:i w:val="0"/>
        </w:rPr>
        <w:t>, її зміст відповідає моїй волі.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</w:tcPr>
          <w:p>
            <w:r/>
            <w:r>
              <w:rPr>
                <w:b/>
                <w:i w:val="0"/>
              </w:rPr>
              <w:t>Довіритель</w:t>
            </w:r>
          </w:p>
          <w:p>
            <w:r>
              <w:rPr>
                <w:b/>
                <w:i/>
                <w:color w:val="C00000"/>
              </w:rPr>
              <w:t>[ПІБ повністю, власноручно]</w:t>
            </w:r>
          </w:p>
          <w:p>
            <w:r>
              <w:rPr>
                <w:b w:val="0"/>
                <w:i w:val="0"/>
              </w:rPr>
              <w:t>підпис ___________</w:t>
            </w:r>
          </w:p>
        </w:tc>
      </w:tr>
    </w:tbl>
    <w:p/>
    <w:p>
      <w:pPr>
        <w:keepNext/>
        <w:jc w:val="center"/>
      </w:pPr>
      <w:r>
        <w:rPr>
          <w:b/>
          <w:i w:val="0"/>
        </w:rPr>
        <w:t>Посвідчувальний напис нотаріуса</w:t>
      </w:r>
    </w:p>
    <w:p>
      <w:pPr>
        <w:jc w:val="both"/>
      </w:pPr>
      <w:r>
        <w:rPr>
          <w:b w:val="0"/>
          <w:i w:val="0"/>
        </w:rPr>
        <w:t xml:space="preserve">Місто </w:t>
      </w:r>
      <w:r>
        <w:rPr>
          <w:b/>
          <w:i/>
          <w:color w:val="C00000"/>
        </w:rPr>
        <w:t>[назва]</w:t>
      </w:r>
      <w:r>
        <w:rPr>
          <w:b w:val="0"/>
          <w:i w:val="0"/>
        </w:rPr>
        <w:t xml:space="preserve">, Україна, </w:t>
      </w:r>
      <w:r>
        <w:rPr>
          <w:b/>
          <w:i/>
          <w:color w:val="C00000"/>
        </w:rPr>
        <w:t>[дата прописом]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Цю довіреність посвідчено мною, </w:t>
      </w:r>
      <w:r>
        <w:rPr>
          <w:b/>
          <w:i/>
          <w:color w:val="C00000"/>
        </w:rPr>
        <w:t>[прізвище, ініціали]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[приватним нотаріусом нотаріального округу: назва / державним нотаріусом державної нотаріальної контори: назва]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Довіреність підписано </w:t>
      </w:r>
      <w:r>
        <w:rPr>
          <w:b/>
          <w:i/>
          <w:color w:val="C00000"/>
        </w:rPr>
        <w:t>[ПІБ Довірителя]</w:t>
      </w:r>
      <w:r>
        <w:rPr>
          <w:b w:val="0"/>
          <w:i w:val="0"/>
        </w:rPr>
        <w:t xml:space="preserve"> у моїй присутності.</w:t>
      </w:r>
    </w:p>
    <w:p>
      <w:pPr>
        <w:jc w:val="both"/>
      </w:pPr>
      <w:r>
        <w:rPr>
          <w:b w:val="0"/>
          <w:i w:val="0"/>
        </w:rPr>
        <w:t>Особу Довірителя встановлено, його дієздатність перевірено.</w:t>
      </w:r>
    </w:p>
    <w:p>
      <w:pPr>
        <w:jc w:val="both"/>
      </w:pPr>
      <w:r>
        <w:rPr>
          <w:b w:val="0"/>
          <w:i w:val="0"/>
        </w:rPr>
        <w:t xml:space="preserve">Зареєстровано в реєстрі за №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>.</w:t>
      </w:r>
    </w:p>
    <w:p>
      <w:pPr>
        <w:jc w:val="both"/>
      </w:pPr>
      <w:r>
        <w:rPr>
          <w:b/>
          <w:i/>
          <w:color w:val="C00000"/>
        </w:rPr>
        <w:t>[Приватний нотаріус / Державний нотаріус]</w:t>
      </w:r>
      <w:r>
        <w:rPr>
          <w:b w:val="0"/>
          <w:i w:val="0"/>
        </w:rPr>
        <w:t xml:space="preserve"> ___________ </w:t>
      </w:r>
      <w:r>
        <w:rPr>
          <w:b/>
          <w:i/>
          <w:color w:val="C00000"/>
        </w:rPr>
        <w:t>[підпис, печатка]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